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الضدية في ديوان 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بازري نوال/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التضاد/ الثنائية الضدية/ المتخالفات/ المتعاكسات/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