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الجانب الخلقي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عيساوي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الأخلاق/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