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الذات الناطقة والإحالة المرجعية في خطبة أبي حمزة الخارجي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بولوسخ حجيلة/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الحجاج/ الخطابة/ الخطاب الديني/ الخوارج/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