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اليتيمة لدوقلة المنبجي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بوذن الويزة/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الأنا/ الذات/ الأسلوب/ الأسلوبية التعبيرية/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