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الإزدواجية اللغوية في المؤسسة الجزائرية إدارة المركز الجامعي عبد الحفيظ بوالصوف ميلة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تومي مروة/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الازدواجية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