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النبر في اللغة العربية من خلال كتاب اللغة العربية معناها ومبناها لتمام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قاجة مونة/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النبر/ التنغيم/ المقطع/ تمام حسان/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