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السياق اللغوي في المتشابه اللفظي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بوكسيرة مسعود/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السياق/ المتشابه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