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فهمت الكتاب أبر الكتب لأبي الطيب المتنبي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الشعر/ الحقل الدلالي/ الدلالة النحوية/ الدلالة الصوتية/ الدلالة المعجمية/ شعرية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