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إستراتيجية التعلم في المستندات التربوية منهاج السنة الخامسة من التعليم الإبتدائي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فدان ليلى/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800171811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الاستراتيجية/ التعلم/ المنهاج/ المستندات التربوية/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