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صيغ المبالغة في الربع الأول من القرآن الكريم دراسة صرفية دلالية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مقحوت حسيبة/ عبيد جميلة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800172011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القرآن الكريم/ الصيغة/ المبالغة/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