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تعليم المصطلحات العلمية في مرحلة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التداخل اللغوي/ المصطلح العلمي/ المقاربة بالأهداف/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