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الظواهر التطريزية ودورها في إنتاج المعنى الوقف في القرآن الكريم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بلبيوض مفيدة/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الإعجاز البلاغي/ القرآن الكريم/ النبر/ التنغيم/ الفاصلة القرآنية/ الإعجاز اللفظي/ الوقف/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