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لفظة الرحمن في القرآن الكريم وحقوله الدلالية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يوسف خولة/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الحقول الدلالية/ العلاقات الدلالية/ لفظ الرحمن/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