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الحال في القرآن الكريم دراسة نحوية دلالية في سورة الأعراف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بولحليب بسمة/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الجملة العربية/ الحال/ سورة الأعراف/ علم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