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معجم المنجد في اللغة لكراع النمل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بوشعير سلاف/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نظرية الحقول الدلالية/ العلاقات الدلالية/ التصنيف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