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الأسطورة في قصيدة إنتظار العائدين لــ 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بوطواطو إيمان/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الأسطورة/ النقد الأسطوري/ المنهج الأسطوري/ آلية التجلي/ آلية المطاوعة/ آلية الإشعاع/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