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الإضافة  ودلالتها من خلال معلقة عنترة ابن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سفيان أميرة/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عنترة بن شداد/ مفهوم الإضافة/ الأسماء الملازمة للإضافة/ أقسام الإضافة/ الإضافة في المعلقة/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