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السياق اللغوي وغير اللغوي في تعليمية اللغة العربية لتلاميذ السنة الأولى متوسط الجيل الثاني من خلال كتاب اللغة العربية في ضوء المقاربة النصية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بوراوي أسماء/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السياق/ الكفاءة/ المقاربة/ القرائن اللغوية/ السياق التعليمي/ السياق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