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حيوان في القرآن الكريم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كنوش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يوان/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