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مفهوم الأمن اللغوي قراءة وصفية تحليلية نقدية لكتاب الهوية العربية والأمن اللغوي لـ عبد السلام المسدي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حد مسعود كنزة/ داودي الخثير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800174911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المعلوماتية/ اللغة/ الهوية/ الطفل/ الأمن اللغوي/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