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الفكر الصوتي وملامحه في كتاب اللغة العربية السنة الأولى من التعليم المتوسط الجيل الثاني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قرواز أميرة/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الصوت/ الصوت اللغوي/ مخارج الأصوات/ الصوائت/ الصوامت/ الفكر الصوتي/ الكتابة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