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المنهج النحوي لابن تيمية في التفسير الكبير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حافظ إيمان/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الاحتجاج/ ابن تيمية/ التفسير الكبير/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