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النحو التربوي عند علي الجارم ومصطفى أمين قراءة وصفية تحليلية لكتاب النحو الواضح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رشيدة/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النحو العلمي/ طرائق تدريس النحو/ النحو التربوي/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