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نزيف الحجر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بريزة/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الروائي/ الأسطورة/ المطاوعة/ التجلي/ الإشعاع/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