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التقابل في مسردية الأديب عز الدين جلاوجي '' التاعس والناعس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فرطاس شهرزاد/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الطباق/ الفصاحة/ علم البلاغة/ المقابلة/ المسردية/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