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النحوية لأبي القاسم السهيلي في كتابه نتائج الفكر في علل النحو دراسة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زينب/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الآراء النحوية/ السهيلي/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