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التوكيد بين النحو والبلاغة في جزء تبارك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مرحوم رقية/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التوكيد/ المؤكدات/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