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وير البياني في شعر عنترة العب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سمي إيمان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عارة/ التشبيه/ الكناية/ الصورة البي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