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فنيات الرواية البوليسية رواية السؤال لغالي هالسا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عائشة/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البوليسية/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