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الرجل في رواية لخضر ياسمينة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مشاية رقية/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صورةالرج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صورة الرجل/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