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أدب الإعتراف في رواية عراقي في باريس لصموئيل شمعون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إيمان/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أدب الاعتراف/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