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المكان في رواية البيت الاندلسي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سرتي دنيا/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العربي/ النقد الغربي/ المكان/ الفضاء/ الحيز/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