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دراما الأزمة في المسرحية الشعرية الجزائرية انتصار الحب لعبد الله خمار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بوزيدي حمزة/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المسرح الشعري/ الدراما/ المسرح النثري/ الأزمة في الأدب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