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المجموعة القصصية شرايين عارية لـ 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حياة/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المكان/ الشخصية/ الوصف/ الفضاء/ الحدث/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