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التناص في دراما الملك والمهاجر لعبد الله عيسى لحيلح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عياشي رزيقة/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المسرحية/ الجمالية/ الدراما/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