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أراء أبي البقاء العكبري النحوية في كتابه مسائل خلافية في النحو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لزرق فايزة/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العكبري/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