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المذهبي في رواية العشق المقدنس لعز الدين جلاوجي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لعمارة يمينة/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