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أدب الخيال العلمي في رواية أمين العلواني لفيصل الأحمد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زوالة رقية/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 العلمي/ الرواية الخيالية/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