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رواية رحمة لنجاة مزهود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بوشطوب حواء/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الأسلوبية/ الصورة الفنية/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