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التمثيل الإستعاري في رواية المحالفة الثلاثية في المملكة الحيوانية لـ أمين الريحاني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صغير نورة/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استعارات اتجاهية/ استعارات انطولوجية/ الاستعارات البنيوية/ التصور الاستعاري/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