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كامارد الصديق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الاستباقات/ المفارقات/ علاقة الزمن بالمكان/ علاقة الزمن بالشخصية/ علاقة الزمن بالأهواء/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