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عند الشعراء القدامى أبو فراس الحمداني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سي عمار منى/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فراس الحمداني/ المرأة/ الصورة الفنية/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