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الحياة والموت في شعر الصعاليك الشنفرى وتأبط شرا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كحل السنان فايزة/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الصعلكة/ الجدل/ الحوار/ الموت/ الحياة/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