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الكتابة لدى تلاميذ السة الثالثةإبتدائي مدرسة شريط فوضيل  بولاية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الحسين/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صعوبات التعلم/ صعوبات الكتابة/ مظاهر صعوبات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