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أزمنة الأفعال ودلالتها في سورة مريم دراسة دلالية بلاغية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ريحان مروان/ مسيلي وردة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800181011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الزمن/ الفعل/ سورة مريم/ الصور البلاغية/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