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الإعراب في توليد المعنى جزء عم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العابد فجرية/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اللغة/ القرآن الكريم/ النحو/ المعنى/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