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والمكانية في رواية في قلبي أنثى عبرية لـ خولة حمدي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القادر راقية/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البنية/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