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نبضات  آخر الليل لنسيمة بولوفة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زينة/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بنية الزمن/ السرد/ الشخصية/ بنية المكان/ الرواية البوليسية/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