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Types of drama : plays and contexts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Sylvan Barnet/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9780321065063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