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men for all seasons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Robert Bolt/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Literature Guides/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9780582781818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